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C3480" w14:textId="125ABB9D" w:rsidR="008A568E" w:rsidRPr="00785977" w:rsidRDefault="00000000" w:rsidP="00EE3B4A">
      <w:pPr>
        <w:pStyle w:val="Nagwek1"/>
        <w:jc w:val="center"/>
        <w:rPr>
          <w:color w:val="auto"/>
        </w:rPr>
      </w:pPr>
      <w:r w:rsidRPr="00785977">
        <w:rPr>
          <w:color w:val="auto"/>
        </w:rPr>
        <w:t>ANKIETA KONSULTACYJNA DLA MIESZKAŃCÓW GMINY GODZIESZE WIELKIE</w:t>
      </w:r>
    </w:p>
    <w:p w14:paraId="76A6FEFE" w14:textId="00933259" w:rsidR="008A568E" w:rsidRPr="00785977" w:rsidRDefault="00000000" w:rsidP="00785977">
      <w:pPr>
        <w:pStyle w:val="Nagwek2"/>
        <w:jc w:val="center"/>
        <w:rPr>
          <w:color w:val="auto"/>
        </w:rPr>
      </w:pPr>
      <w:r w:rsidRPr="00785977">
        <w:rPr>
          <w:color w:val="auto"/>
        </w:rPr>
        <w:t xml:space="preserve">dotycząca projektu procedury obsługi osób ze szczególnymi potrzebami </w:t>
      </w:r>
      <w:r w:rsidR="00670CD3" w:rsidRPr="00785977">
        <w:rPr>
          <w:color w:val="auto"/>
        </w:rPr>
        <w:br/>
      </w:r>
      <w:r w:rsidRPr="00785977">
        <w:rPr>
          <w:color w:val="auto"/>
        </w:rPr>
        <w:t>w</w:t>
      </w:r>
      <w:r w:rsidR="00670CD3" w:rsidRPr="00785977">
        <w:rPr>
          <w:color w:val="auto"/>
        </w:rPr>
        <w:t> </w:t>
      </w:r>
      <w:r w:rsidRPr="00785977">
        <w:rPr>
          <w:color w:val="auto"/>
        </w:rPr>
        <w:t>Urzędzie Gminy Godziesze Wielkie</w:t>
      </w:r>
    </w:p>
    <w:p w14:paraId="7F915712" w14:textId="65E0982D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Szanowni Mieszkańcy,</w:t>
      </w:r>
      <w:r w:rsidRPr="00670CD3">
        <w:rPr>
          <w:rFonts w:ascii="Calibri" w:hAnsi="Calibri" w:cs="Calibri"/>
          <w:sz w:val="24"/>
          <w:szCs w:val="24"/>
        </w:rPr>
        <w:br/>
      </w:r>
      <w:r w:rsidR="00D82CF1">
        <w:rPr>
          <w:rFonts w:ascii="Calibri" w:hAnsi="Calibri" w:cs="Calibri"/>
          <w:sz w:val="24"/>
          <w:szCs w:val="24"/>
        </w:rPr>
        <w:t>Wójt</w:t>
      </w:r>
      <w:r w:rsidRPr="00670CD3">
        <w:rPr>
          <w:rFonts w:ascii="Calibri" w:hAnsi="Calibri" w:cs="Calibri"/>
          <w:sz w:val="24"/>
          <w:szCs w:val="24"/>
        </w:rPr>
        <w:t xml:space="preserve"> Gminy Godziesze Wielkie zwraca się z prośbą o </w:t>
      </w:r>
      <w:r w:rsidR="00D82CF1">
        <w:rPr>
          <w:rFonts w:ascii="Calibri" w:hAnsi="Calibri" w:cs="Calibri"/>
          <w:sz w:val="24"/>
          <w:szCs w:val="24"/>
        </w:rPr>
        <w:t xml:space="preserve">zgłaszanie uwag </w:t>
      </w:r>
      <w:r w:rsidR="004F04A3">
        <w:rPr>
          <w:rFonts w:ascii="Calibri" w:hAnsi="Calibri" w:cs="Calibri"/>
          <w:sz w:val="24"/>
          <w:szCs w:val="24"/>
        </w:rPr>
        <w:t>i</w:t>
      </w:r>
      <w:r w:rsidR="00D82CF1">
        <w:rPr>
          <w:rFonts w:ascii="Calibri" w:hAnsi="Calibri" w:cs="Calibri"/>
          <w:sz w:val="24"/>
          <w:szCs w:val="24"/>
        </w:rPr>
        <w:t xml:space="preserve"> propozycji do</w:t>
      </w:r>
      <w:r w:rsidR="004F04A3">
        <w:rPr>
          <w:rFonts w:ascii="Calibri" w:hAnsi="Calibri" w:cs="Calibri"/>
          <w:sz w:val="24"/>
          <w:szCs w:val="24"/>
        </w:rPr>
        <w:t xml:space="preserve"> </w:t>
      </w:r>
      <w:r w:rsidR="00D82CF1">
        <w:rPr>
          <w:rFonts w:ascii="Calibri" w:hAnsi="Calibri" w:cs="Calibri"/>
          <w:sz w:val="24"/>
          <w:szCs w:val="24"/>
        </w:rPr>
        <w:t xml:space="preserve">przygotowanego </w:t>
      </w:r>
      <w:r w:rsidRPr="00670CD3">
        <w:rPr>
          <w:rFonts w:ascii="Calibri" w:hAnsi="Calibri" w:cs="Calibri"/>
          <w:sz w:val="24"/>
          <w:szCs w:val="24"/>
        </w:rPr>
        <w:t>projektu procedury obsługi osób ze szczególnymi potrzebami. Celem ankiety jest poznanie Państwa oczekiwań, potrzeb i sugestii, które mogą przyczynić się do udoskonalenia dokumentu oraz poprawy dostępności usług publicznych</w:t>
      </w:r>
      <w:r w:rsidR="00E80A4C">
        <w:rPr>
          <w:rFonts w:ascii="Calibri" w:hAnsi="Calibri" w:cs="Calibri"/>
          <w:sz w:val="24"/>
          <w:szCs w:val="24"/>
        </w:rPr>
        <w:t>, co zape</w:t>
      </w:r>
      <w:r w:rsidR="00A81D4D">
        <w:rPr>
          <w:rFonts w:ascii="Calibri" w:hAnsi="Calibri" w:cs="Calibri"/>
          <w:sz w:val="24"/>
          <w:szCs w:val="24"/>
        </w:rPr>
        <w:t>w</w:t>
      </w:r>
      <w:r w:rsidR="00E80A4C">
        <w:rPr>
          <w:rFonts w:ascii="Calibri" w:hAnsi="Calibri" w:cs="Calibri"/>
          <w:sz w:val="24"/>
          <w:szCs w:val="24"/>
        </w:rPr>
        <w:t>ni partycypację społeczną w projekcie Dostępny samorząd 2.0.</w:t>
      </w:r>
    </w:p>
    <w:p w14:paraId="05C65709" w14:textId="10791D8B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Czy zapoznał(a) się Pan/Pani z projektem procedury obsługi osób ze szczególnymi potrzebami w Urzędzie Gminy</w:t>
      </w:r>
      <w:r w:rsidR="00EE3FD6">
        <w:rPr>
          <w:rFonts w:ascii="Calibri" w:hAnsi="Calibri" w:cs="Calibri"/>
          <w:sz w:val="24"/>
          <w:szCs w:val="24"/>
        </w:rPr>
        <w:t xml:space="preserve"> Godziesze Wielkie</w:t>
      </w:r>
      <w:r w:rsidRPr="00670CD3">
        <w:rPr>
          <w:rFonts w:ascii="Calibri" w:hAnsi="Calibri" w:cs="Calibri"/>
          <w:sz w:val="24"/>
          <w:szCs w:val="24"/>
        </w:rPr>
        <w:t>?</w:t>
      </w:r>
    </w:p>
    <w:p w14:paraId="2505B3BC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Tak</w:t>
      </w:r>
    </w:p>
    <w:p w14:paraId="66CD075D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Nie</w:t>
      </w:r>
    </w:p>
    <w:p w14:paraId="62A07358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Częściowo</w:t>
      </w:r>
    </w:p>
    <w:p w14:paraId="4075DAC6" w14:textId="664FBAAC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Jak ocenia Pan/Pani przejrzystość i zrozumiałość przedstawionego dokumentu?</w:t>
      </w:r>
    </w:p>
    <w:p w14:paraId="0456B5AD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Bardzo dobrze</w:t>
      </w:r>
    </w:p>
    <w:p w14:paraId="0D8455DD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Dobrze</w:t>
      </w:r>
    </w:p>
    <w:p w14:paraId="28DEB29D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Przeciętnie</w:t>
      </w:r>
    </w:p>
    <w:p w14:paraId="0276F4C6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Źle</w:t>
      </w:r>
    </w:p>
    <w:p w14:paraId="28990B33" w14:textId="78F6614D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Nie mam zdania</w:t>
      </w:r>
    </w:p>
    <w:p w14:paraId="124F7102" w14:textId="7A6B88F3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Czy uważa Pan/Pani, że proponowane rozwiązania odpowiadają na potrzeby osób ze szczególnymi potrzebami?</w:t>
      </w:r>
    </w:p>
    <w:p w14:paraId="0CAF1D2A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Zdecydowanie tak</w:t>
      </w:r>
    </w:p>
    <w:p w14:paraId="34FE9A04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Raczej tak</w:t>
      </w:r>
    </w:p>
    <w:p w14:paraId="2667696A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Raczej nie</w:t>
      </w:r>
    </w:p>
    <w:p w14:paraId="6843D8CE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Zdecydowanie nie</w:t>
      </w:r>
    </w:p>
    <w:p w14:paraId="0DE133C0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Trudno powiedzieć</w:t>
      </w:r>
    </w:p>
    <w:p w14:paraId="138B0938" w14:textId="049DC848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Które z zapisów procedury uważa Pan/Pani za szczególnie potrzebne lub warte podkreślenia?</w:t>
      </w:r>
    </w:p>
    <w:p w14:paraId="57ED7339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Obsługa na parterze budynku</w:t>
      </w:r>
    </w:p>
    <w:p w14:paraId="4B6A2F4B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lastRenderedPageBreak/>
        <w:t>☐</w:t>
      </w:r>
      <w:r w:rsidRPr="00670CD3">
        <w:rPr>
          <w:rFonts w:ascii="Calibri" w:hAnsi="Calibri" w:cs="Calibri"/>
          <w:sz w:val="24"/>
          <w:szCs w:val="24"/>
        </w:rPr>
        <w:t xml:space="preserve"> Możliwość wezwania pracownika przez przycisk przy wejściu</w:t>
      </w:r>
    </w:p>
    <w:p w14:paraId="43A52511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Dostępność tłumacza języka migowego</w:t>
      </w:r>
    </w:p>
    <w:p w14:paraId="318BC854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Obsługa osób z psem asystującym</w:t>
      </w:r>
    </w:p>
    <w:p w14:paraId="5A911F79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Pomoc w dotarciu do odpowiedniego stanowiska</w:t>
      </w:r>
    </w:p>
    <w:p w14:paraId="0C714073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Komunikacja alternatywna i wspomagająca</w:t>
      </w:r>
    </w:p>
    <w:p w14:paraId="6FC226EF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Dostępność cyfrowa strony internetowej</w:t>
      </w:r>
    </w:p>
    <w:p w14:paraId="065C90A5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Pomoc w wypełnianiu dokumentów</w:t>
      </w:r>
    </w:p>
    <w:p w14:paraId="2825BA1F" w14:textId="23B0A94F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Inne: ____________________</w:t>
      </w:r>
      <w:r w:rsidR="00610463">
        <w:rPr>
          <w:rFonts w:ascii="Calibri" w:hAnsi="Calibri" w:cs="Calibri"/>
          <w:sz w:val="24"/>
          <w:szCs w:val="24"/>
        </w:rPr>
        <w:t>_______________________________________</w:t>
      </w:r>
      <w:r w:rsidR="009C6A6B">
        <w:rPr>
          <w:rFonts w:ascii="Calibri" w:hAnsi="Calibri" w:cs="Calibri"/>
          <w:sz w:val="24"/>
          <w:szCs w:val="24"/>
        </w:rPr>
        <w:t>______</w:t>
      </w:r>
      <w:r w:rsidRPr="00670CD3">
        <w:rPr>
          <w:rFonts w:ascii="Calibri" w:hAnsi="Calibri" w:cs="Calibri"/>
          <w:sz w:val="24"/>
          <w:szCs w:val="24"/>
        </w:rPr>
        <w:t>______</w:t>
      </w:r>
    </w:p>
    <w:p w14:paraId="4A62093C" w14:textId="1F9BF308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Czy dostrzega Pan/Pani braki lub elementy, które warto dopracować?</w:t>
      </w:r>
    </w:p>
    <w:p w14:paraId="2E0911B3" w14:textId="32A69016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_____________________________________</w:t>
      </w:r>
      <w:r w:rsidR="00610463">
        <w:rPr>
          <w:rFonts w:ascii="Calibri" w:hAnsi="Calibri" w:cs="Calibri"/>
          <w:sz w:val="24"/>
          <w:szCs w:val="24"/>
        </w:rPr>
        <w:t>_________________</w:t>
      </w:r>
      <w:r w:rsidRPr="00670CD3">
        <w:rPr>
          <w:rFonts w:ascii="Calibri" w:hAnsi="Calibri" w:cs="Calibri"/>
          <w:sz w:val="24"/>
          <w:szCs w:val="24"/>
        </w:rPr>
        <w:t>______</w:t>
      </w:r>
      <w:r w:rsidR="009C6A6B">
        <w:rPr>
          <w:rFonts w:ascii="Calibri" w:hAnsi="Calibri" w:cs="Calibri"/>
          <w:sz w:val="24"/>
          <w:szCs w:val="24"/>
        </w:rPr>
        <w:t>______</w:t>
      </w:r>
      <w:r w:rsidRPr="00670CD3">
        <w:rPr>
          <w:rFonts w:ascii="Calibri" w:hAnsi="Calibri" w:cs="Calibri"/>
          <w:sz w:val="24"/>
          <w:szCs w:val="24"/>
        </w:rPr>
        <w:t>____________</w:t>
      </w:r>
    </w:p>
    <w:p w14:paraId="2CF8BDC5" w14:textId="52CED352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___________________________________</w:t>
      </w:r>
      <w:r w:rsidR="00610463">
        <w:rPr>
          <w:rFonts w:ascii="Calibri" w:hAnsi="Calibri" w:cs="Calibri"/>
          <w:sz w:val="24"/>
          <w:szCs w:val="24"/>
        </w:rPr>
        <w:t>_________________</w:t>
      </w:r>
      <w:r w:rsidRPr="00670CD3">
        <w:rPr>
          <w:rFonts w:ascii="Calibri" w:hAnsi="Calibri" w:cs="Calibri"/>
          <w:sz w:val="24"/>
          <w:szCs w:val="24"/>
        </w:rPr>
        <w:t>______________</w:t>
      </w:r>
      <w:r w:rsidR="009C6A6B">
        <w:rPr>
          <w:rFonts w:ascii="Calibri" w:hAnsi="Calibri" w:cs="Calibri"/>
          <w:sz w:val="24"/>
          <w:szCs w:val="24"/>
        </w:rPr>
        <w:t>______</w:t>
      </w:r>
      <w:r w:rsidRPr="00670CD3">
        <w:rPr>
          <w:rFonts w:ascii="Calibri" w:hAnsi="Calibri" w:cs="Calibri"/>
          <w:sz w:val="24"/>
          <w:szCs w:val="24"/>
        </w:rPr>
        <w:t>______</w:t>
      </w:r>
    </w:p>
    <w:p w14:paraId="1E787ADC" w14:textId="03E71496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 xml:space="preserve">Jakie działania </w:t>
      </w:r>
      <w:r w:rsidR="00610463">
        <w:rPr>
          <w:rFonts w:ascii="Calibri" w:hAnsi="Calibri" w:cs="Calibri"/>
          <w:sz w:val="24"/>
          <w:szCs w:val="24"/>
        </w:rPr>
        <w:t>urząd</w:t>
      </w:r>
      <w:r w:rsidRPr="00670CD3">
        <w:rPr>
          <w:rFonts w:ascii="Calibri" w:hAnsi="Calibri" w:cs="Calibri"/>
          <w:sz w:val="24"/>
          <w:szCs w:val="24"/>
        </w:rPr>
        <w:t xml:space="preserve"> mogłaby Pana/Pani zdaniem podjąć, aby jeszcze lepiej obsługiwać osoby ze szczególnymi potrzebami?</w:t>
      </w:r>
    </w:p>
    <w:p w14:paraId="0F0DFFCC" w14:textId="67441F3D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______________________________________________________</w:t>
      </w:r>
      <w:r w:rsidR="009C6A6B">
        <w:rPr>
          <w:rFonts w:ascii="Calibri" w:hAnsi="Calibri" w:cs="Calibri"/>
          <w:sz w:val="24"/>
          <w:szCs w:val="24"/>
        </w:rPr>
        <w:t>______</w:t>
      </w:r>
      <w:r w:rsidRPr="00670CD3">
        <w:rPr>
          <w:rFonts w:ascii="Calibri" w:hAnsi="Calibri" w:cs="Calibri"/>
          <w:sz w:val="24"/>
          <w:szCs w:val="24"/>
        </w:rPr>
        <w:t>_</w:t>
      </w:r>
      <w:r w:rsidR="00610463">
        <w:rPr>
          <w:rFonts w:ascii="Calibri" w:hAnsi="Calibri" w:cs="Calibri"/>
          <w:sz w:val="24"/>
          <w:szCs w:val="24"/>
        </w:rPr>
        <w:t>_________________</w:t>
      </w:r>
    </w:p>
    <w:p w14:paraId="271AFF97" w14:textId="43AB905F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________________________________________________</w:t>
      </w:r>
      <w:r w:rsidR="009C6A6B">
        <w:rPr>
          <w:rFonts w:ascii="Calibri" w:hAnsi="Calibri" w:cs="Calibri"/>
          <w:sz w:val="24"/>
          <w:szCs w:val="24"/>
        </w:rPr>
        <w:t>______</w:t>
      </w:r>
      <w:r w:rsidRPr="00670CD3">
        <w:rPr>
          <w:rFonts w:ascii="Calibri" w:hAnsi="Calibri" w:cs="Calibri"/>
          <w:sz w:val="24"/>
          <w:szCs w:val="24"/>
        </w:rPr>
        <w:t>_______</w:t>
      </w:r>
      <w:r w:rsidR="00610463">
        <w:rPr>
          <w:rFonts w:ascii="Calibri" w:hAnsi="Calibri" w:cs="Calibri"/>
          <w:sz w:val="24"/>
          <w:szCs w:val="24"/>
        </w:rPr>
        <w:t>_________________</w:t>
      </w:r>
    </w:p>
    <w:p w14:paraId="51CC0C76" w14:textId="55356B09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Czy uważa Pan/Pani, że urząd powinien prowadzić cykliczne szkolenia pracowników z</w:t>
      </w:r>
      <w:r w:rsidR="009C6A6B">
        <w:rPr>
          <w:rFonts w:ascii="Calibri" w:hAnsi="Calibri" w:cs="Calibri"/>
          <w:sz w:val="24"/>
          <w:szCs w:val="24"/>
        </w:rPr>
        <w:t> </w:t>
      </w:r>
      <w:r w:rsidRPr="00670CD3">
        <w:rPr>
          <w:rFonts w:ascii="Calibri" w:hAnsi="Calibri" w:cs="Calibri"/>
          <w:sz w:val="24"/>
          <w:szCs w:val="24"/>
        </w:rPr>
        <w:t>zakresu obsługi osób ze szczególnymi potrzebami?</w:t>
      </w:r>
    </w:p>
    <w:p w14:paraId="1C06E515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Zdecydowanie tak</w:t>
      </w:r>
    </w:p>
    <w:p w14:paraId="4F8F24C7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Raczej tak</w:t>
      </w:r>
    </w:p>
    <w:p w14:paraId="4182D171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Raczej nie</w:t>
      </w:r>
    </w:p>
    <w:p w14:paraId="52A9AC26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Zdecydowanie nie</w:t>
      </w:r>
    </w:p>
    <w:p w14:paraId="523E0E50" w14:textId="77777777" w:rsidR="008A568E" w:rsidRPr="00670CD3" w:rsidRDefault="00000000" w:rsidP="00BD03BF">
      <w:pPr>
        <w:pStyle w:val="Listapunktowana"/>
        <w:numPr>
          <w:ilvl w:val="0"/>
          <w:numId w:val="0"/>
        </w:num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Segoe UI Symbol" w:hAnsi="Segoe UI Symbol" w:cs="Segoe UI Symbol"/>
          <w:sz w:val="24"/>
          <w:szCs w:val="24"/>
        </w:rPr>
        <w:t>☐</w:t>
      </w:r>
      <w:r w:rsidRPr="00670CD3">
        <w:rPr>
          <w:rFonts w:ascii="Calibri" w:hAnsi="Calibri" w:cs="Calibri"/>
          <w:sz w:val="24"/>
          <w:szCs w:val="24"/>
        </w:rPr>
        <w:t xml:space="preserve"> Nie mam zdania</w:t>
      </w:r>
    </w:p>
    <w:p w14:paraId="31B7EB1B" w14:textId="7A0D0CB6" w:rsidR="008A568E" w:rsidRPr="00670CD3" w:rsidRDefault="00000000" w:rsidP="00BD03BF">
      <w:pPr>
        <w:pStyle w:val="Listanumerowana"/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Dodatkowe uwagi lub sugestie dotyczące procedury lub obsługi mieszkańców:</w:t>
      </w:r>
    </w:p>
    <w:p w14:paraId="77C32EB1" w14:textId="0658E7D4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____________________________</w:t>
      </w:r>
      <w:r w:rsidR="00610463">
        <w:rPr>
          <w:rFonts w:ascii="Calibri" w:hAnsi="Calibri" w:cs="Calibri"/>
          <w:sz w:val="24"/>
          <w:szCs w:val="24"/>
        </w:rPr>
        <w:t>______</w:t>
      </w:r>
      <w:r w:rsidR="009C6A6B">
        <w:rPr>
          <w:rFonts w:ascii="Calibri" w:hAnsi="Calibri" w:cs="Calibri"/>
          <w:sz w:val="24"/>
          <w:szCs w:val="24"/>
        </w:rPr>
        <w:t>_______</w:t>
      </w:r>
      <w:r w:rsidR="00610463">
        <w:rPr>
          <w:rFonts w:ascii="Calibri" w:hAnsi="Calibri" w:cs="Calibri"/>
          <w:sz w:val="24"/>
          <w:szCs w:val="24"/>
        </w:rPr>
        <w:t>_________</w:t>
      </w:r>
      <w:r w:rsidRPr="00670CD3">
        <w:rPr>
          <w:rFonts w:ascii="Calibri" w:hAnsi="Calibri" w:cs="Calibri"/>
          <w:sz w:val="24"/>
          <w:szCs w:val="24"/>
        </w:rPr>
        <w:t>________________</w:t>
      </w:r>
      <w:r w:rsidR="00610463">
        <w:rPr>
          <w:rFonts w:ascii="Calibri" w:hAnsi="Calibri" w:cs="Calibri"/>
          <w:sz w:val="24"/>
          <w:szCs w:val="24"/>
        </w:rPr>
        <w:t>_</w:t>
      </w:r>
      <w:r w:rsidRPr="00670CD3">
        <w:rPr>
          <w:rFonts w:ascii="Calibri" w:hAnsi="Calibri" w:cs="Calibri"/>
          <w:sz w:val="24"/>
          <w:szCs w:val="24"/>
        </w:rPr>
        <w:t>___________</w:t>
      </w:r>
    </w:p>
    <w:p w14:paraId="15E32BDF" w14:textId="0D1BCE69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_________________________________________</w:t>
      </w:r>
      <w:r w:rsidR="009C6A6B">
        <w:rPr>
          <w:rFonts w:ascii="Calibri" w:hAnsi="Calibri" w:cs="Calibri"/>
          <w:sz w:val="24"/>
          <w:szCs w:val="24"/>
        </w:rPr>
        <w:t>_______</w:t>
      </w:r>
      <w:r w:rsidRPr="00670CD3">
        <w:rPr>
          <w:rFonts w:ascii="Calibri" w:hAnsi="Calibri" w:cs="Calibri"/>
          <w:sz w:val="24"/>
          <w:szCs w:val="24"/>
        </w:rPr>
        <w:t>__</w:t>
      </w:r>
      <w:r w:rsidR="00610463">
        <w:rPr>
          <w:rFonts w:ascii="Calibri" w:hAnsi="Calibri" w:cs="Calibri"/>
          <w:sz w:val="24"/>
          <w:szCs w:val="24"/>
        </w:rPr>
        <w:t>________________</w:t>
      </w:r>
      <w:r w:rsidRPr="00670CD3">
        <w:rPr>
          <w:rFonts w:ascii="Calibri" w:hAnsi="Calibri" w:cs="Calibri"/>
          <w:sz w:val="24"/>
          <w:szCs w:val="24"/>
        </w:rPr>
        <w:t>____________</w:t>
      </w:r>
    </w:p>
    <w:p w14:paraId="4716CF52" w14:textId="77777777" w:rsidR="008A568E" w:rsidRPr="00670CD3" w:rsidRDefault="00000000" w:rsidP="00BD03BF">
      <w:pPr>
        <w:spacing w:after="120"/>
        <w:contextualSpacing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br/>
        <w:t>Dziękujemy za poświęcony czas i cenny wkład w ulepszanie usług świadczonych przez Urząd Gminy Godziesze Wielkie.</w:t>
      </w:r>
    </w:p>
    <w:sectPr w:rsidR="008A568E" w:rsidRPr="00670CD3" w:rsidSect="00DC37E4">
      <w:headerReference w:type="default" r:id="rId8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166DF" w14:textId="77777777" w:rsidR="00A65CA5" w:rsidRDefault="00A65CA5" w:rsidP="00610463">
      <w:pPr>
        <w:spacing w:after="0" w:line="240" w:lineRule="auto"/>
      </w:pPr>
      <w:r>
        <w:separator/>
      </w:r>
    </w:p>
  </w:endnote>
  <w:endnote w:type="continuationSeparator" w:id="0">
    <w:p w14:paraId="329C1A44" w14:textId="77777777" w:rsidR="00A65CA5" w:rsidRDefault="00A65CA5" w:rsidP="00610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EE"/>
    <w:family w:val="modern"/>
    <w:pitch w:val="fixed"/>
    <w:sig w:usb0="00000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2D3E0" w14:textId="77777777" w:rsidR="00A65CA5" w:rsidRDefault="00A65CA5" w:rsidP="00610463">
      <w:pPr>
        <w:spacing w:after="0" w:line="240" w:lineRule="auto"/>
      </w:pPr>
      <w:r>
        <w:separator/>
      </w:r>
    </w:p>
  </w:footnote>
  <w:footnote w:type="continuationSeparator" w:id="0">
    <w:p w14:paraId="056E5361" w14:textId="77777777" w:rsidR="00A65CA5" w:rsidRDefault="00A65CA5" w:rsidP="00610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6475A" w14:textId="09F4B04B" w:rsidR="00610463" w:rsidRDefault="00610463" w:rsidP="009C6A6B">
    <w:pPr>
      <w:pStyle w:val="Nagwek"/>
      <w:jc w:val="center"/>
    </w:pPr>
    <w:r>
      <w:rPr>
        <w:noProof/>
      </w:rPr>
      <w:drawing>
        <wp:inline distT="0" distB="0" distL="0" distR="0" wp14:anchorId="0B1BE286" wp14:editId="2EEAD104">
          <wp:extent cx="5486400" cy="758673"/>
          <wp:effectExtent l="0" t="0" r="0" b="3810"/>
          <wp:docPr id="1106209969" name="Obraz 1" descr="Treść z nagłówka:zestaw logotypów: znak Funduszy Europejskich z napisem Fundusze Europejskie dla Rozwoju Społecznego; flaga Polski z napisem Rzeczpospolita Polska; flaga Unii Europejskiej z napisem Dofinansowane przez Unię Europejską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6209969" name="Obraz 1" descr="Treść z nagłówka:zestaw logotypów: znak Funduszy Europejskich z napisem Fundusze Europejskie dla Rozwoju Społecznego; flaga Polski z napisem Rzeczpospolita Polska; flaga Unii Europejskiej z napisem Dofinansowane przez Unię Europejską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586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3446449">
    <w:abstractNumId w:val="8"/>
  </w:num>
  <w:num w:numId="2" w16cid:durableId="862012013">
    <w:abstractNumId w:val="6"/>
  </w:num>
  <w:num w:numId="3" w16cid:durableId="1619145172">
    <w:abstractNumId w:val="5"/>
  </w:num>
  <w:num w:numId="4" w16cid:durableId="2136679858">
    <w:abstractNumId w:val="4"/>
  </w:num>
  <w:num w:numId="5" w16cid:durableId="144048510">
    <w:abstractNumId w:val="7"/>
  </w:num>
  <w:num w:numId="6" w16cid:durableId="239482637">
    <w:abstractNumId w:val="3"/>
  </w:num>
  <w:num w:numId="7" w16cid:durableId="1024751527">
    <w:abstractNumId w:val="2"/>
  </w:num>
  <w:num w:numId="8" w16cid:durableId="787510305">
    <w:abstractNumId w:val="1"/>
  </w:num>
  <w:num w:numId="9" w16cid:durableId="1791969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1868"/>
    <w:rsid w:val="00115EA9"/>
    <w:rsid w:val="001401BE"/>
    <w:rsid w:val="0015074B"/>
    <w:rsid w:val="0016783C"/>
    <w:rsid w:val="0029639D"/>
    <w:rsid w:val="00326F90"/>
    <w:rsid w:val="004F04A3"/>
    <w:rsid w:val="005C2E37"/>
    <w:rsid w:val="00610463"/>
    <w:rsid w:val="006429D9"/>
    <w:rsid w:val="00662AFE"/>
    <w:rsid w:val="00667A22"/>
    <w:rsid w:val="00670CD3"/>
    <w:rsid w:val="00684F92"/>
    <w:rsid w:val="00785977"/>
    <w:rsid w:val="0081786E"/>
    <w:rsid w:val="00861413"/>
    <w:rsid w:val="00883FD6"/>
    <w:rsid w:val="008A568E"/>
    <w:rsid w:val="009C6A6B"/>
    <w:rsid w:val="00A5586C"/>
    <w:rsid w:val="00A65CA5"/>
    <w:rsid w:val="00A81D4D"/>
    <w:rsid w:val="00AA1D8D"/>
    <w:rsid w:val="00AE26A9"/>
    <w:rsid w:val="00B47730"/>
    <w:rsid w:val="00BC4299"/>
    <w:rsid w:val="00BD03BF"/>
    <w:rsid w:val="00C70BD9"/>
    <w:rsid w:val="00C9486C"/>
    <w:rsid w:val="00CB0664"/>
    <w:rsid w:val="00D32BF5"/>
    <w:rsid w:val="00D82CF1"/>
    <w:rsid w:val="00DB3835"/>
    <w:rsid w:val="00DC37E4"/>
    <w:rsid w:val="00E80A4C"/>
    <w:rsid w:val="00EE3B4A"/>
    <w:rsid w:val="00EE3FD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8A2274D"/>
  <w14:defaultImageDpi w14:val="300"/>
  <w15:docId w15:val="{E611A2C7-ECAD-49E7-94E6-A0A7C2C71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373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Wójt Gminy</dc:creator>
  <cp:keywords/>
  <dc:description>generated by python-docx</dc:description>
  <cp:lastModifiedBy>Hewlett-Packard Company</cp:lastModifiedBy>
  <cp:revision>4</cp:revision>
  <cp:lastPrinted>2025-06-06T12:01:00Z</cp:lastPrinted>
  <dcterms:created xsi:type="dcterms:W3CDTF">2025-06-06T12:00:00Z</dcterms:created>
  <dcterms:modified xsi:type="dcterms:W3CDTF">2025-06-06T12:05:00Z</dcterms:modified>
  <cp:category/>
</cp:coreProperties>
</file>